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מהו ראיון?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מטרת הראיון ומה המראיינים 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סוגים שונים של ראיונות ומתי נפגשים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להתחיל להתכונן לראיון מתאים לגיל ולשלב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שיחה שבה מכירים אחד את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האם המקום מתאים לי ואני מתאים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הוא שיחה, לא בחינה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בעמוד, כי אין תקשורת חזותית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מוטיבציה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סוג ראיון למה שבודקים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(הקשבה, שיתוף פעולה ויוזמה)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(מטרות, מאמץ וצורך)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(אמינות וזמינות)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(עניין בתחום והתמדה)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ראיון אישי הוא עם מראיין אחד או ועדה קטנה מול מועמד אחד, וראיון קבוצתי הוא עם כמה מועמדים יחד שעובדים על משימה או דילמה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ומתכוונים לראיון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שהתלמיד/ה בוחר/ת תכונות רלוונטיות (כמו אחריות, מוטיבציה, עבודת צוות) ומסביר/ה קצרות למה הן חשובות למקום הספציפי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שיחה שמטרתה להכיר - לא בחינה עם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סוג ראיון מתאים מתוך העמוד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לומדים ומתרגלים, ראיון הוא אימון לבא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לשחק בזוגות ראיון קצר על בסיס אחד הסוגים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'נכונה' יחידה בראיון אלא כנות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לקבוצת החנ״מ מומלץ לקצר את החלק הפתוח ולהתמקד בזיהוי סוגי ראיונות בעזרת תמונות או סמלים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מהו ראיון?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ראיון הוא שיחה עם מטרה, שבה המראיין ואת/ה מנסים להכיר אחד את השני. בדף הזה נתרגל את סוגי הראיונות ואת מה שהמראיינים רוצים לגלות.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מוטיבציה  ·  שיחה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העיקרית של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לבחון ידע עם תשובה נכונה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שיחה שבה מכירים אחד את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מבחן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הכוונה ב'התאמה' שהמראיינים 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כסף יש למועמד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האם המקום מתאים לי ואני מתאים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 שעות המועמד יכול לעבוד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ראיון הוא בחינה עם תשובה נכונה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בראיון טלפוני הקול והבהירות הם הדבר הכי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ראיון הוא __________ עם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המראיינים בודקים גם __________ – למה דווקא כאן ולמה עכשיו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סוג ראיון למה שבודקים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 קבוצתי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מטרות, מאמץ וצורך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ראיון למלגה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הקשבה, שיתוף פעולה ויוזמה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ראיון עבודה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עניין בתחום והתמדה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ראיון קבלה למגמה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אמינות וזמינות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ראיון אישי לראיון קבוצתי?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ומתכוונים לראיון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חשוב/י על ראיון שאולי תעבור/י (למגמה, לעבודה, למלגה). אילו שלוש תכונות שלך היית רוצה להראות בראיון כזה,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העיקרית של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תן/י דוגמה אחת לסוג ראיון והסבר/י מתי משתמשים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מהו ראיון?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