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מהו ראיון?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הראיון ומה המראיינים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ראיונות ומתי נפגשים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להתכונן לראיון מתאים לגיל ולשלב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שיחה שבה מכירים אחד את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המקום מתאים לי ואני מתאים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הקשבה, שיתוף פעולה ויוזמה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חדר שקט, מצלמה בגובה העיניים ותוכנית גיבוי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 את/ה, למה בחרת בתחום ומה עשית שקשור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שיחה, לא 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בעמוד, כי אין תקשורת חזותית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הדברים שמוזכרים כנבדקים בראיון למלגה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לומדים ומתרגלים לקראת הראיון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יום מיון כולל כמה שלבים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מוטיבציה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ראיון למה שבודקים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(הקשבה, שיתוף פעולה ויוזמה)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(מטרות, מאמץ וצורך)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(אמינות וזמינות)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(עניין בתחום והתמדה)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(קול ובהירות)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ראיון אישי הוא עם מראיין אחד או ועדה קטנה מול מועמד אחד, וראיון קבוצתי הוא עם כמה מועמדים יחד שעובדים על משימה או דילמה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גם אם משהו לא הצליח, אפשר ללמוד, להתרגל ולנסות שוב - כל ראיון הוא אימון לבא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ומתכוונים לראיון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בוחר/ת תכונות רלוונטיות (כמו אחריות, מוטיבציה, עבודת צוות) ומסביר/ה קצרות למה הן חשובות למקום הספציפי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שיחה שמטרתה להכיר - לא בחינה עם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סוג ראיון מתאים מתוך העמוד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לומדים ומתרגלים, ראיון הוא אימון לבא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לשחק בזוגות ראיון קצר על בסיס אחד הסוגים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'נכונה' יחידה בראיון אלא כנות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לקבוצת החנ״מ מומלץ לקצר את החלק הפתוח ולהתמקד בזיהוי סוגי ראיונות בעזרת תמונות או סמלים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מהו ראיון?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ראיון הוא שיחה עם מטרה, שבה המראיין ואת/ה מנסים להכיר אחד את השני. בדף הזה נתרגל את סוגי הראיונות ואת מה שהמראיינים רוצים לגלות.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העיקרית של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לבחון ידע עם תשובה נכונה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שיחה שבה מכירים אחד את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בין מועמדים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ב'התאמה' שהמראיינים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למועמד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המקום מתאים לי ואני מתאים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שעות המועמד יכול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המועמד מתלבש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בראיון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הידע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הקשבה, שיתוף פעולה ויוזמה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הכי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מדבר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להכין לפני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חדר שקט, מצלמה בגובה העיניים ותוכנית גיבוי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לידי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מתמקד בעיקר ראיון בכיתה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ניסיון עבודה רב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את/ה, למה בחרת בתחום ומה עשית שקשור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שכר וחופשות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תארים אקדמיים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בחינה עם תשובה נכונה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טלפוני הקול והבהירות הם הדבר הכי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למלגה בודקים בעיקר מטרות, מאמץ וצורך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אחד שלא הצליח אומר שאין טעם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מיון יש רק שלב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ראיון הוא __________ עם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המראיינים בודקים גם __________ – למה דווקא כאן ולמה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בראיון __________ נדרש חדר שקט ומצלמה בגובה העיניים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__________ יש כמה שלבים ברצף כמו משימות קבוצתיות וראיון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בראיון עבודה ראשונה בודקים אמינות, זמינות ויחס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סוג ראיון למה שבודקים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מטרות, מאמץ וצורך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עניין בתחום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עבודה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קול ובהירות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קבלה למגמה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הקשבה, שיתוף פעולה ויוזמה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טלפוני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אמינות וזמינות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ראיון אישי לראיון קבוצתי?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לזכור שראיון אחד הוא רק שלב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ומתכוונים לראיון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חשוב/י על ראיון שאולי תעבור/י (למגמה, לעבודה, למלגה). אילו שלוש תכונות שלך היית רוצה להראות בראיון כזה,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העיקרית של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אחת לסוג ראיון והסבר/י מתי משתמשים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אם ראיון לא הצליח כמו שרצינו?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מהו ראיון?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